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F5EC" w14:textId="77777777" w:rsidR="00402783" w:rsidRPr="00E42590" w:rsidRDefault="00BA2B64">
      <w:pPr>
        <w:spacing w:after="40"/>
        <w:jc w:val="center"/>
        <w:rPr>
          <w:rFonts w:ascii="Source Serif 4" w:hAnsi="Source Serif 4"/>
        </w:rPr>
      </w:pPr>
      <w:r w:rsidRPr="00E42590">
        <w:rPr>
          <w:rFonts w:ascii="Source Serif 4" w:eastAsia="Arial" w:hAnsi="Source Serif 4" w:cs="Arial"/>
          <w:b/>
          <w:sz w:val="24"/>
        </w:rPr>
        <w:t>TURISTIČKA ZAJEDNICA GRADA KOPRIVNICE</w:t>
      </w:r>
    </w:p>
    <w:p w14:paraId="18B939DA" w14:textId="77777777" w:rsidR="00402783" w:rsidRPr="00E42590" w:rsidRDefault="00BA2B64">
      <w:pPr>
        <w:spacing w:after="40"/>
        <w:jc w:val="center"/>
        <w:rPr>
          <w:rFonts w:ascii="Source Serif 4" w:hAnsi="Source Serif 4"/>
        </w:rPr>
      </w:pPr>
      <w:proofErr w:type="spellStart"/>
      <w:r w:rsidRPr="00E42590">
        <w:rPr>
          <w:rFonts w:ascii="Source Serif 4" w:eastAsia="Arial" w:hAnsi="Source Serif 4" w:cs="Arial"/>
          <w:sz w:val="20"/>
        </w:rPr>
        <w:t>Trg</w:t>
      </w:r>
      <w:proofErr w:type="spellEnd"/>
      <w:r w:rsidRPr="00E42590">
        <w:rPr>
          <w:rFonts w:ascii="Source Serif 4" w:eastAsia="Arial" w:hAnsi="Source Serif 4" w:cs="Arial"/>
          <w:sz w:val="20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sz w:val="20"/>
        </w:rPr>
        <w:t>bana</w:t>
      </w:r>
      <w:proofErr w:type="spellEnd"/>
      <w:r w:rsidRPr="00E42590">
        <w:rPr>
          <w:rFonts w:ascii="Source Serif 4" w:eastAsia="Arial" w:hAnsi="Source Serif 4" w:cs="Arial"/>
          <w:sz w:val="20"/>
        </w:rPr>
        <w:t xml:space="preserve"> Josipa </w:t>
      </w:r>
      <w:proofErr w:type="spellStart"/>
      <w:r w:rsidRPr="00E42590">
        <w:rPr>
          <w:rFonts w:ascii="Source Serif 4" w:eastAsia="Arial" w:hAnsi="Source Serif 4" w:cs="Arial"/>
          <w:sz w:val="20"/>
        </w:rPr>
        <w:t>Jelačića</w:t>
      </w:r>
      <w:proofErr w:type="spellEnd"/>
      <w:r w:rsidRPr="00E42590">
        <w:rPr>
          <w:rFonts w:ascii="Source Serif 4" w:eastAsia="Arial" w:hAnsi="Source Serif 4" w:cs="Arial"/>
          <w:sz w:val="20"/>
        </w:rPr>
        <w:t xml:space="preserve"> 7, 48000 Koprivnica</w:t>
      </w:r>
    </w:p>
    <w:p w14:paraId="14ED0EE1" w14:textId="77777777" w:rsidR="00402783" w:rsidRPr="00E42590" w:rsidRDefault="00BA2B64">
      <w:pPr>
        <w:spacing w:after="240"/>
        <w:jc w:val="center"/>
        <w:rPr>
          <w:rFonts w:ascii="Source Serif 4" w:hAnsi="Source Serif 4"/>
        </w:rPr>
      </w:pPr>
      <w:r w:rsidRPr="00E42590">
        <w:rPr>
          <w:rFonts w:ascii="Source Serif 4" w:eastAsia="Arial" w:hAnsi="Source Serif 4" w:cs="Arial"/>
          <w:sz w:val="20"/>
        </w:rPr>
        <w:t xml:space="preserve">OIB: </w:t>
      </w:r>
      <w:proofErr w:type="gramStart"/>
      <w:r w:rsidRPr="00E42590">
        <w:rPr>
          <w:rFonts w:ascii="Source Serif 4" w:eastAsia="Arial" w:hAnsi="Source Serif 4" w:cs="Arial"/>
          <w:sz w:val="20"/>
        </w:rPr>
        <w:t>55659359419  |</w:t>
      </w:r>
      <w:proofErr w:type="gramEnd"/>
      <w:r w:rsidRPr="00E42590">
        <w:rPr>
          <w:rFonts w:ascii="Source Serif 4" w:eastAsia="Arial" w:hAnsi="Source Serif 4" w:cs="Arial"/>
          <w:sz w:val="20"/>
        </w:rPr>
        <w:t xml:space="preserve">  E-mail: info@visitkoprivnica.hr</w:t>
      </w:r>
    </w:p>
    <w:p w14:paraId="6560876E" w14:textId="77777777" w:rsidR="00402783" w:rsidRPr="00E42590" w:rsidRDefault="00BA2B64">
      <w:pPr>
        <w:spacing w:after="80"/>
        <w:jc w:val="both"/>
        <w:rPr>
          <w:rFonts w:ascii="Source Serif 4" w:hAnsi="Source Serif 4"/>
        </w:rPr>
      </w:pPr>
      <w:proofErr w:type="spellStart"/>
      <w:r w:rsidRPr="00E42590">
        <w:rPr>
          <w:rFonts w:ascii="Source Serif 4" w:eastAsia="Arial" w:hAnsi="Source Serif 4" w:cs="Arial"/>
          <w:b/>
        </w:rPr>
        <w:t>Važna</w:t>
      </w:r>
      <w:proofErr w:type="spellEnd"/>
      <w:r w:rsidRPr="00E42590">
        <w:rPr>
          <w:rFonts w:ascii="Source Serif 4" w:eastAsia="Arial" w:hAnsi="Source Serif 4" w:cs="Arial"/>
          <w:b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b/>
        </w:rPr>
        <w:t>napomena</w:t>
      </w:r>
      <w:proofErr w:type="spellEnd"/>
      <w:r w:rsidRPr="00E42590">
        <w:rPr>
          <w:rFonts w:ascii="Source Serif 4" w:eastAsia="Arial" w:hAnsi="Source Serif 4" w:cs="Arial"/>
          <w:b/>
        </w:rPr>
        <w:t>:</w:t>
      </w:r>
    </w:p>
    <w:p w14:paraId="433881EB" w14:textId="6A48F474" w:rsidR="00402783" w:rsidRPr="00E42590" w:rsidRDefault="00BA2B64">
      <w:pPr>
        <w:spacing w:after="120"/>
        <w:jc w:val="both"/>
        <w:rPr>
          <w:rFonts w:ascii="Source Serif 4" w:hAnsi="Source Serif 4"/>
        </w:rPr>
      </w:pPr>
      <w:proofErr w:type="spellStart"/>
      <w:r w:rsidRPr="00E42590">
        <w:rPr>
          <w:rFonts w:ascii="Source Serif 4" w:eastAsia="Arial" w:hAnsi="Source Serif 4" w:cs="Arial"/>
        </w:rPr>
        <w:t>Turistička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zajednica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grada</w:t>
      </w:r>
      <w:proofErr w:type="spellEnd"/>
      <w:r w:rsidRPr="00E42590">
        <w:rPr>
          <w:rFonts w:ascii="Source Serif 4" w:eastAsia="Arial" w:hAnsi="Source Serif 4" w:cs="Arial"/>
        </w:rPr>
        <w:t xml:space="preserve"> Koprivnice </w:t>
      </w:r>
      <w:proofErr w:type="spellStart"/>
      <w:r w:rsidRPr="00E42590">
        <w:rPr>
          <w:rFonts w:ascii="Source Serif 4" w:eastAsia="Arial" w:hAnsi="Source Serif 4" w:cs="Arial"/>
        </w:rPr>
        <w:t>ovim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putem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poziva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javnost</w:t>
      </w:r>
      <w:proofErr w:type="spellEnd"/>
      <w:r w:rsidRPr="00E42590">
        <w:rPr>
          <w:rFonts w:ascii="Source Serif 4" w:eastAsia="Arial" w:hAnsi="Source Serif 4" w:cs="Arial"/>
        </w:rPr>
        <w:t xml:space="preserve"> da </w:t>
      </w:r>
      <w:proofErr w:type="spellStart"/>
      <w:r w:rsidRPr="00E42590">
        <w:rPr>
          <w:rFonts w:ascii="Source Serif 4" w:eastAsia="Arial" w:hAnsi="Source Serif 4" w:cs="Arial"/>
        </w:rPr>
        <w:t>zaključno</w:t>
      </w:r>
      <w:proofErr w:type="spellEnd"/>
      <w:r w:rsidRPr="00E42590">
        <w:rPr>
          <w:rFonts w:ascii="Source Serif 4" w:eastAsia="Arial" w:hAnsi="Source Serif 4" w:cs="Arial"/>
        </w:rPr>
        <w:t xml:space="preserve"> s </w:t>
      </w:r>
      <w:proofErr w:type="spellStart"/>
      <w:r w:rsidRPr="00E42590">
        <w:rPr>
          <w:rFonts w:ascii="Source Serif 4" w:eastAsia="Arial" w:hAnsi="Source Serif 4" w:cs="Arial"/>
        </w:rPr>
        <w:t>danom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r w:rsidR="006E5246">
        <w:rPr>
          <w:rFonts w:ascii="Source Serif 4" w:eastAsia="Arial" w:hAnsi="Source Serif 4" w:cs="Arial"/>
        </w:rPr>
        <w:t>10</w:t>
      </w:r>
      <w:r w:rsidRPr="00E42590">
        <w:rPr>
          <w:rFonts w:ascii="Source Serif 4" w:eastAsia="Arial" w:hAnsi="Source Serif 4" w:cs="Arial"/>
        </w:rPr>
        <w:t>.</w:t>
      </w:r>
      <w:r w:rsidR="001C6EFF">
        <w:rPr>
          <w:rFonts w:ascii="Source Serif 4" w:eastAsia="Arial" w:hAnsi="Source Serif 4" w:cs="Arial"/>
        </w:rPr>
        <w:t xml:space="preserve"> </w:t>
      </w:r>
      <w:proofErr w:type="spellStart"/>
      <w:r w:rsidR="001C6EFF">
        <w:rPr>
          <w:rFonts w:ascii="Source Serif 4" w:eastAsia="Arial" w:hAnsi="Source Serif 4" w:cs="Arial"/>
        </w:rPr>
        <w:t>rujna</w:t>
      </w:r>
      <w:proofErr w:type="spellEnd"/>
      <w:r w:rsidR="001C6EFF">
        <w:rPr>
          <w:rFonts w:ascii="Source Serif 4" w:eastAsia="Arial" w:hAnsi="Source Serif 4" w:cs="Arial"/>
        </w:rPr>
        <w:t xml:space="preserve"> </w:t>
      </w:r>
      <w:r w:rsidRPr="00E42590">
        <w:rPr>
          <w:rFonts w:ascii="Source Serif 4" w:eastAsia="Arial" w:hAnsi="Source Serif 4" w:cs="Arial"/>
        </w:rPr>
        <w:t xml:space="preserve">2026. </w:t>
      </w:r>
      <w:proofErr w:type="spellStart"/>
      <w:r w:rsidRPr="00E42590">
        <w:rPr>
          <w:rFonts w:ascii="Source Serif 4" w:eastAsia="Arial" w:hAnsi="Source Serif 4" w:cs="Arial"/>
        </w:rPr>
        <w:t>godine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dostavi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svoje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komentare</w:t>
      </w:r>
      <w:proofErr w:type="spellEnd"/>
      <w:r w:rsidRPr="00E42590">
        <w:rPr>
          <w:rFonts w:ascii="Source Serif 4" w:eastAsia="Arial" w:hAnsi="Source Serif 4" w:cs="Arial"/>
        </w:rPr>
        <w:t xml:space="preserve"> i </w:t>
      </w:r>
      <w:proofErr w:type="spellStart"/>
      <w:r w:rsidRPr="00E42590">
        <w:rPr>
          <w:rFonts w:ascii="Source Serif 4" w:eastAsia="Arial" w:hAnsi="Source Serif 4" w:cs="Arial"/>
        </w:rPr>
        <w:t>mišljenja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na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Prijedlog</w:t>
      </w:r>
      <w:proofErr w:type="spellEnd"/>
      <w:r w:rsidRPr="00E42590">
        <w:rPr>
          <w:rFonts w:ascii="Source Serif 4" w:eastAsia="Arial" w:hAnsi="Source Serif 4" w:cs="Arial"/>
        </w:rPr>
        <w:t xml:space="preserve"> Plana </w:t>
      </w:r>
      <w:proofErr w:type="spellStart"/>
      <w:r w:rsidRPr="00E42590">
        <w:rPr>
          <w:rFonts w:ascii="Source Serif 4" w:eastAsia="Arial" w:hAnsi="Source Serif 4" w:cs="Arial"/>
        </w:rPr>
        <w:t>upravljanja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destinacijom</w:t>
      </w:r>
      <w:proofErr w:type="spellEnd"/>
      <w:r w:rsidRPr="00E42590">
        <w:rPr>
          <w:rFonts w:ascii="Source Serif 4" w:eastAsia="Arial" w:hAnsi="Source Serif 4" w:cs="Arial"/>
        </w:rPr>
        <w:t xml:space="preserve"> Koprivnic</w:t>
      </w:r>
      <w:r w:rsidR="006E5246">
        <w:rPr>
          <w:rFonts w:ascii="Source Serif 4" w:eastAsia="Arial" w:hAnsi="Source Serif 4" w:cs="Arial"/>
        </w:rPr>
        <w:t>a</w:t>
      </w:r>
      <w:r w:rsidRPr="00E42590">
        <w:rPr>
          <w:rFonts w:ascii="Source Serif 4" w:eastAsia="Arial" w:hAnsi="Source Serif 4" w:cs="Arial"/>
        </w:rPr>
        <w:t xml:space="preserve"> za </w:t>
      </w:r>
      <w:proofErr w:type="spellStart"/>
      <w:r w:rsidRPr="00E42590">
        <w:rPr>
          <w:rFonts w:ascii="Source Serif 4" w:eastAsia="Arial" w:hAnsi="Source Serif 4" w:cs="Arial"/>
        </w:rPr>
        <w:t>razdoblje</w:t>
      </w:r>
      <w:proofErr w:type="spellEnd"/>
      <w:r w:rsidRPr="00E42590">
        <w:rPr>
          <w:rFonts w:ascii="Source Serif 4" w:eastAsia="Arial" w:hAnsi="Source Serif 4" w:cs="Arial"/>
        </w:rPr>
        <w:t xml:space="preserve"> 2026. – 2030. </w:t>
      </w:r>
      <w:proofErr w:type="spellStart"/>
      <w:r w:rsidRPr="00E42590">
        <w:rPr>
          <w:rFonts w:ascii="Source Serif 4" w:eastAsia="Arial" w:hAnsi="Source Serif 4" w:cs="Arial"/>
        </w:rPr>
        <w:t>na</w:t>
      </w:r>
      <w:proofErr w:type="spellEnd"/>
      <w:r w:rsidRPr="00E42590">
        <w:rPr>
          <w:rFonts w:ascii="Source Serif 4" w:eastAsia="Arial" w:hAnsi="Source Serif 4" w:cs="Arial"/>
        </w:rPr>
        <w:t xml:space="preserve"> e-mail </w:t>
      </w:r>
      <w:proofErr w:type="spellStart"/>
      <w:r w:rsidRPr="00E42590">
        <w:rPr>
          <w:rFonts w:ascii="Source Serif 4" w:eastAsia="Arial" w:hAnsi="Source Serif 4" w:cs="Arial"/>
        </w:rPr>
        <w:t>adresu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hyperlink r:id="rId6" w:history="1">
        <w:r w:rsidR="001C6EFF" w:rsidRPr="005B00C4">
          <w:rPr>
            <w:rStyle w:val="Hyperlink"/>
            <w:rFonts w:ascii="Source Serif 4" w:eastAsia="Arial" w:hAnsi="Source Serif 4" w:cs="Arial"/>
          </w:rPr>
          <w:t>info@visitkoprivnica.hr</w:t>
        </w:r>
      </w:hyperlink>
      <w:r w:rsidRPr="00E42590">
        <w:rPr>
          <w:rFonts w:ascii="Source Serif 4" w:eastAsia="Arial" w:hAnsi="Source Serif 4" w:cs="Arial"/>
        </w:rPr>
        <w:t>.</w:t>
      </w:r>
    </w:p>
    <w:p w14:paraId="69DCF0FB" w14:textId="655E02F6" w:rsidR="00402783" w:rsidRPr="00E42590" w:rsidRDefault="00BA2B64">
      <w:pPr>
        <w:spacing w:after="120"/>
        <w:jc w:val="both"/>
        <w:rPr>
          <w:rFonts w:ascii="Source Serif 4" w:hAnsi="Source Serif 4"/>
        </w:rPr>
      </w:pPr>
      <w:r w:rsidRPr="00E42590">
        <w:rPr>
          <w:rFonts w:ascii="Source Serif 4" w:eastAsia="Arial" w:hAnsi="Source Serif 4" w:cs="Arial"/>
        </w:rPr>
        <w:t xml:space="preserve">Po </w:t>
      </w:r>
      <w:proofErr w:type="spellStart"/>
      <w:r w:rsidRPr="00E42590">
        <w:rPr>
          <w:rFonts w:ascii="Source Serif 4" w:eastAsia="Arial" w:hAnsi="Source Serif 4" w:cs="Arial"/>
        </w:rPr>
        <w:t>završetku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savjetovanja</w:t>
      </w:r>
      <w:proofErr w:type="spellEnd"/>
      <w:r w:rsidRPr="00E42590">
        <w:rPr>
          <w:rFonts w:ascii="Source Serif 4" w:eastAsia="Arial" w:hAnsi="Source Serif 4" w:cs="Arial"/>
        </w:rPr>
        <w:t xml:space="preserve">, </w:t>
      </w:r>
      <w:proofErr w:type="spellStart"/>
      <w:r w:rsidRPr="00E42590">
        <w:rPr>
          <w:rFonts w:ascii="Source Serif 4" w:eastAsia="Arial" w:hAnsi="Source Serif 4" w:cs="Arial"/>
        </w:rPr>
        <w:t>svi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pristigli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prijedlozi</w:t>
      </w:r>
      <w:proofErr w:type="spellEnd"/>
      <w:r w:rsidRPr="00E42590">
        <w:rPr>
          <w:rFonts w:ascii="Source Serif 4" w:eastAsia="Arial" w:hAnsi="Source Serif 4" w:cs="Arial"/>
        </w:rPr>
        <w:t xml:space="preserve"> i </w:t>
      </w:r>
      <w:proofErr w:type="spellStart"/>
      <w:r w:rsidRPr="00E42590">
        <w:rPr>
          <w:rFonts w:ascii="Source Serif 4" w:eastAsia="Arial" w:hAnsi="Source Serif 4" w:cs="Arial"/>
        </w:rPr>
        <w:t>primjedbe</w:t>
      </w:r>
      <w:proofErr w:type="spellEnd"/>
      <w:r w:rsidRPr="00E42590">
        <w:rPr>
          <w:rFonts w:ascii="Source Serif 4" w:eastAsia="Arial" w:hAnsi="Source Serif 4" w:cs="Arial"/>
        </w:rPr>
        <w:t xml:space="preserve"> bit </w:t>
      </w:r>
      <w:proofErr w:type="spellStart"/>
      <w:r w:rsidRPr="00E42590">
        <w:rPr>
          <w:rFonts w:ascii="Source Serif 4" w:eastAsia="Arial" w:hAnsi="Source Serif 4" w:cs="Arial"/>
        </w:rPr>
        <w:t>će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razmotreni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te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javno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dostupni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na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službenoj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internetskoj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stranici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Turističke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zajednice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grada</w:t>
      </w:r>
      <w:proofErr w:type="spellEnd"/>
      <w:r w:rsidRPr="00E42590">
        <w:rPr>
          <w:rFonts w:ascii="Source Serif 4" w:eastAsia="Arial" w:hAnsi="Source Serif 4" w:cs="Arial"/>
        </w:rPr>
        <w:t xml:space="preserve"> Koprivnice (</w:t>
      </w:r>
      <w:hyperlink r:id="rId7" w:history="1">
        <w:r w:rsidR="001C6EFF" w:rsidRPr="005B00C4">
          <w:rPr>
            <w:rStyle w:val="Hyperlink"/>
            <w:rFonts w:ascii="Source Serif 4" w:eastAsia="Arial" w:hAnsi="Source Serif 4" w:cs="Arial"/>
          </w:rPr>
          <w:t>www.koprivnicatourism.com</w:t>
        </w:r>
      </w:hyperlink>
      <w:r w:rsidRPr="00E42590">
        <w:rPr>
          <w:rFonts w:ascii="Source Serif 4" w:eastAsia="Arial" w:hAnsi="Source Serif 4" w:cs="Arial"/>
        </w:rPr>
        <w:t xml:space="preserve">). </w:t>
      </w:r>
      <w:proofErr w:type="spellStart"/>
      <w:r w:rsidRPr="00E42590">
        <w:rPr>
          <w:rFonts w:ascii="Source Serif 4" w:eastAsia="Arial" w:hAnsi="Source Serif 4" w:cs="Arial"/>
        </w:rPr>
        <w:t>Ukoliko</w:t>
      </w:r>
      <w:proofErr w:type="spellEnd"/>
      <w:r w:rsidRPr="00E42590">
        <w:rPr>
          <w:rFonts w:ascii="Source Serif 4" w:eastAsia="Arial" w:hAnsi="Source Serif 4" w:cs="Arial"/>
        </w:rPr>
        <w:t xml:space="preserve"> ne </w:t>
      </w:r>
      <w:proofErr w:type="spellStart"/>
      <w:r w:rsidRPr="00E42590">
        <w:rPr>
          <w:rFonts w:ascii="Source Serif 4" w:eastAsia="Arial" w:hAnsi="Source Serif 4" w:cs="Arial"/>
        </w:rPr>
        <w:t>želite</w:t>
      </w:r>
      <w:proofErr w:type="spellEnd"/>
      <w:r w:rsidRPr="00E42590">
        <w:rPr>
          <w:rFonts w:ascii="Source Serif 4" w:eastAsia="Arial" w:hAnsi="Source Serif 4" w:cs="Arial"/>
        </w:rPr>
        <w:t xml:space="preserve"> da </w:t>
      </w:r>
      <w:proofErr w:type="spellStart"/>
      <w:r w:rsidRPr="00E42590">
        <w:rPr>
          <w:rFonts w:ascii="Source Serif 4" w:eastAsia="Arial" w:hAnsi="Source Serif 4" w:cs="Arial"/>
        </w:rPr>
        <w:t>Vaši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osobni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podaci</w:t>
      </w:r>
      <w:proofErr w:type="spellEnd"/>
      <w:r w:rsidRPr="00E42590">
        <w:rPr>
          <w:rFonts w:ascii="Source Serif 4" w:eastAsia="Arial" w:hAnsi="Source Serif 4" w:cs="Arial"/>
        </w:rPr>
        <w:t xml:space="preserve"> (</w:t>
      </w:r>
      <w:proofErr w:type="spellStart"/>
      <w:r w:rsidRPr="00E42590">
        <w:rPr>
          <w:rFonts w:ascii="Source Serif 4" w:eastAsia="Arial" w:hAnsi="Source Serif 4" w:cs="Arial"/>
        </w:rPr>
        <w:t>ime</w:t>
      </w:r>
      <w:proofErr w:type="spellEnd"/>
      <w:r w:rsidRPr="00E42590">
        <w:rPr>
          <w:rFonts w:ascii="Source Serif 4" w:eastAsia="Arial" w:hAnsi="Source Serif 4" w:cs="Arial"/>
        </w:rPr>
        <w:t xml:space="preserve"> i </w:t>
      </w:r>
      <w:proofErr w:type="spellStart"/>
      <w:r w:rsidRPr="00E42590">
        <w:rPr>
          <w:rFonts w:ascii="Source Serif 4" w:eastAsia="Arial" w:hAnsi="Source Serif 4" w:cs="Arial"/>
        </w:rPr>
        <w:t>prezime</w:t>
      </w:r>
      <w:proofErr w:type="spellEnd"/>
      <w:r w:rsidRPr="00E42590">
        <w:rPr>
          <w:rFonts w:ascii="Source Serif 4" w:eastAsia="Arial" w:hAnsi="Source Serif 4" w:cs="Arial"/>
        </w:rPr>
        <w:t xml:space="preserve">) </w:t>
      </w:r>
      <w:proofErr w:type="spellStart"/>
      <w:r w:rsidRPr="00E42590">
        <w:rPr>
          <w:rFonts w:ascii="Source Serif 4" w:eastAsia="Arial" w:hAnsi="Source Serif 4" w:cs="Arial"/>
        </w:rPr>
        <w:t>budu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javno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objavljeni</w:t>
      </w:r>
      <w:proofErr w:type="spellEnd"/>
      <w:r w:rsidRPr="00E42590">
        <w:rPr>
          <w:rFonts w:ascii="Source Serif 4" w:eastAsia="Arial" w:hAnsi="Source Serif 4" w:cs="Arial"/>
        </w:rPr>
        <w:t xml:space="preserve">, </w:t>
      </w:r>
      <w:proofErr w:type="spellStart"/>
      <w:r w:rsidRPr="00E42590">
        <w:rPr>
          <w:rFonts w:ascii="Source Serif 4" w:eastAsia="Arial" w:hAnsi="Source Serif 4" w:cs="Arial"/>
        </w:rPr>
        <w:t>molimo</w:t>
      </w:r>
      <w:proofErr w:type="spellEnd"/>
      <w:r w:rsidRPr="00E42590">
        <w:rPr>
          <w:rFonts w:ascii="Source Serif 4" w:eastAsia="Arial" w:hAnsi="Source Serif 4" w:cs="Arial"/>
        </w:rPr>
        <w:t xml:space="preserve"> da to </w:t>
      </w:r>
      <w:proofErr w:type="spellStart"/>
      <w:r w:rsidRPr="00E42590">
        <w:rPr>
          <w:rFonts w:ascii="Source Serif 4" w:eastAsia="Arial" w:hAnsi="Source Serif 4" w:cs="Arial"/>
        </w:rPr>
        <w:t>jasno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istaknete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pri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slanju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obrasca</w:t>
      </w:r>
      <w:proofErr w:type="spellEnd"/>
      <w:r w:rsidRPr="00E42590">
        <w:rPr>
          <w:rFonts w:ascii="Source Serif 4" w:eastAsia="Arial" w:hAnsi="Source Serif 4" w:cs="Arial"/>
        </w:rPr>
        <w:t>.</w:t>
      </w:r>
    </w:p>
    <w:p w14:paraId="5C15BA81" w14:textId="77777777" w:rsidR="00402783" w:rsidRPr="00E42590" w:rsidRDefault="00BA2B64">
      <w:pPr>
        <w:spacing w:after="280"/>
        <w:jc w:val="both"/>
        <w:rPr>
          <w:rFonts w:ascii="Source Serif 4" w:hAnsi="Source Serif 4"/>
        </w:rPr>
      </w:pPr>
      <w:proofErr w:type="spellStart"/>
      <w:r w:rsidRPr="00E42590">
        <w:rPr>
          <w:rFonts w:ascii="Source Serif 4" w:eastAsia="Arial" w:hAnsi="Source Serif 4" w:cs="Arial"/>
          <w:i/>
        </w:rPr>
        <w:t>Anonimni</w:t>
      </w:r>
      <w:proofErr w:type="spellEnd"/>
      <w:r w:rsidRPr="00E42590">
        <w:rPr>
          <w:rFonts w:ascii="Source Serif 4" w:eastAsia="Arial" w:hAnsi="Source Serif 4" w:cs="Arial"/>
          <w:i/>
        </w:rPr>
        <w:t xml:space="preserve">, </w:t>
      </w:r>
      <w:proofErr w:type="spellStart"/>
      <w:r w:rsidRPr="00E42590">
        <w:rPr>
          <w:rFonts w:ascii="Source Serif 4" w:eastAsia="Arial" w:hAnsi="Source Serif 4" w:cs="Arial"/>
          <w:i/>
        </w:rPr>
        <w:t>uvredljivi</w:t>
      </w:r>
      <w:proofErr w:type="spellEnd"/>
      <w:r w:rsidRPr="00E42590">
        <w:rPr>
          <w:rFonts w:ascii="Source Serif 4" w:eastAsia="Arial" w:hAnsi="Source Serif 4" w:cs="Arial"/>
          <w:i/>
        </w:rPr>
        <w:t xml:space="preserve"> i </w:t>
      </w:r>
      <w:proofErr w:type="spellStart"/>
      <w:r w:rsidRPr="00E42590">
        <w:rPr>
          <w:rFonts w:ascii="Source Serif 4" w:eastAsia="Arial" w:hAnsi="Source Serif 4" w:cs="Arial"/>
          <w:i/>
        </w:rPr>
        <w:t>irelevantni</w:t>
      </w:r>
      <w:proofErr w:type="spellEnd"/>
      <w:r w:rsidRPr="00E42590">
        <w:rPr>
          <w:rFonts w:ascii="Source Serif 4" w:eastAsia="Arial" w:hAnsi="Source Serif 4" w:cs="Arial"/>
          <w:i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</w:rPr>
        <w:t>komentari</w:t>
      </w:r>
      <w:proofErr w:type="spellEnd"/>
      <w:r w:rsidRPr="00E42590">
        <w:rPr>
          <w:rFonts w:ascii="Source Serif 4" w:eastAsia="Arial" w:hAnsi="Source Serif 4" w:cs="Arial"/>
          <w:i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</w:rPr>
        <w:t>neće</w:t>
      </w:r>
      <w:proofErr w:type="spellEnd"/>
      <w:r w:rsidRPr="00E42590">
        <w:rPr>
          <w:rFonts w:ascii="Source Serif 4" w:eastAsia="Arial" w:hAnsi="Source Serif 4" w:cs="Arial"/>
          <w:i/>
        </w:rPr>
        <w:t xml:space="preserve"> se </w:t>
      </w:r>
      <w:proofErr w:type="spellStart"/>
      <w:r w:rsidRPr="00E42590">
        <w:rPr>
          <w:rFonts w:ascii="Source Serif 4" w:eastAsia="Arial" w:hAnsi="Source Serif 4" w:cs="Arial"/>
          <w:i/>
        </w:rPr>
        <w:t>objaviti</w:t>
      </w:r>
      <w:proofErr w:type="spellEnd"/>
      <w:r w:rsidRPr="00E42590">
        <w:rPr>
          <w:rFonts w:ascii="Source Serif 4" w:eastAsia="Arial" w:hAnsi="Source Serif 4" w:cs="Arial"/>
          <w:i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402783" w:rsidRPr="00E42590" w14:paraId="17FFF13D" w14:textId="77777777">
        <w:trPr>
          <w:trHeight w:val="1360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48A0C13A" w14:textId="77777777" w:rsidR="00402783" w:rsidRPr="00E42590" w:rsidRDefault="00BA2B64">
            <w:pPr>
              <w:spacing w:after="40"/>
              <w:jc w:val="center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  <w:sz w:val="24"/>
              </w:rPr>
              <w:t>OBRAZAC</w:t>
            </w:r>
          </w:p>
          <w:p w14:paraId="5A21AA28" w14:textId="46192924" w:rsidR="00402783" w:rsidRPr="00E42590" w:rsidRDefault="00BA2B64">
            <w:pPr>
              <w:spacing w:after="40"/>
              <w:jc w:val="center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  <w:sz w:val="24"/>
              </w:rPr>
              <w:t>sudjelovanja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  <w:sz w:val="24"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  <w:sz w:val="24"/>
              </w:rPr>
              <w:t>javnosti</w:t>
            </w:r>
            <w:proofErr w:type="spellEnd"/>
            <w:r w:rsidRPr="00E42590">
              <w:rPr>
                <w:rFonts w:ascii="Source Serif 4" w:eastAsia="Arial" w:hAnsi="Source Serif 4" w:cs="Arial"/>
                <w:b/>
                <w:sz w:val="24"/>
              </w:rPr>
              <w:t xml:space="preserve"> u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  <w:sz w:val="24"/>
              </w:rPr>
              <w:t>savjetovanju</w:t>
            </w:r>
            <w:proofErr w:type="spellEnd"/>
            <w:r w:rsidRPr="00E42590">
              <w:rPr>
                <w:rFonts w:ascii="Source Serif 4" w:eastAsia="Arial" w:hAnsi="Source Serif 4" w:cs="Arial"/>
                <w:b/>
                <w:sz w:val="24"/>
              </w:rPr>
              <w:t xml:space="preserve"> o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  <w:sz w:val="24"/>
              </w:rPr>
              <w:t>Prijedlog</w:t>
            </w:r>
            <w:r w:rsidR="00A964B7">
              <w:rPr>
                <w:rFonts w:ascii="Source Serif 4" w:eastAsia="Arial" w:hAnsi="Source Serif 4" w:cs="Arial"/>
                <w:b/>
                <w:sz w:val="24"/>
              </w:rPr>
              <w:t>u</w:t>
            </w:r>
            <w:proofErr w:type="spellEnd"/>
          </w:p>
          <w:p w14:paraId="5889A36F" w14:textId="491DE5EC" w:rsidR="00402783" w:rsidRPr="00E42590" w:rsidRDefault="00BA2B64">
            <w:pPr>
              <w:spacing w:after="40"/>
              <w:jc w:val="center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  <w:sz w:val="24"/>
              </w:rPr>
              <w:t xml:space="preserve">Plana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  <w:sz w:val="24"/>
              </w:rPr>
              <w:t>upravljanja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  <w:sz w:val="24"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  <w:sz w:val="24"/>
              </w:rPr>
              <w:t>destinacijom</w:t>
            </w:r>
            <w:proofErr w:type="spellEnd"/>
            <w:r w:rsidRPr="00E42590">
              <w:rPr>
                <w:rFonts w:ascii="Source Serif 4" w:eastAsia="Arial" w:hAnsi="Source Serif 4" w:cs="Arial"/>
                <w:b/>
                <w:sz w:val="24"/>
              </w:rPr>
              <w:t xml:space="preserve"> Koprivnic</w:t>
            </w:r>
            <w:r w:rsidR="00A964B7">
              <w:rPr>
                <w:rFonts w:ascii="Source Serif 4" w:eastAsia="Arial" w:hAnsi="Source Serif 4" w:cs="Arial"/>
                <w:b/>
                <w:sz w:val="24"/>
              </w:rPr>
              <w:t>a</w:t>
            </w:r>
          </w:p>
          <w:p w14:paraId="334FD089" w14:textId="77777777" w:rsidR="00402783" w:rsidRPr="00E42590" w:rsidRDefault="00BA2B64">
            <w:pPr>
              <w:spacing w:after="40"/>
              <w:jc w:val="center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  <w:sz w:val="24"/>
              </w:rPr>
              <w:t xml:space="preserve">za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  <w:sz w:val="24"/>
              </w:rPr>
              <w:t>razdoblje</w:t>
            </w:r>
            <w:proofErr w:type="spellEnd"/>
            <w:r w:rsidRPr="00E42590">
              <w:rPr>
                <w:rFonts w:ascii="Source Serif 4" w:eastAsia="Arial" w:hAnsi="Source Serif 4" w:cs="Arial"/>
                <w:b/>
                <w:sz w:val="24"/>
              </w:rPr>
              <w:t xml:space="preserve"> 2026. – 2030.</w:t>
            </w:r>
          </w:p>
        </w:tc>
      </w:tr>
      <w:tr w:rsidR="00402783" w:rsidRPr="00E42590" w14:paraId="4B2D5AE8" w14:textId="77777777">
        <w:trPr>
          <w:trHeight w:val="510"/>
        </w:trPr>
        <w:tc>
          <w:tcPr>
            <w:tcW w:w="9638" w:type="dxa"/>
            <w:gridSpan w:val="2"/>
            <w:vAlign w:val="center"/>
          </w:tcPr>
          <w:p w14:paraId="50D65FFD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Nositelj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izrade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/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dokumenta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: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Turistička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zajednica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grada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Koprivnice</w:t>
            </w:r>
          </w:p>
        </w:tc>
      </w:tr>
      <w:tr w:rsidR="00402783" w:rsidRPr="00E42590" w14:paraId="74C5E3E4" w14:textId="77777777">
        <w:trPr>
          <w:trHeight w:val="510"/>
        </w:trPr>
        <w:tc>
          <w:tcPr>
            <w:tcW w:w="4819" w:type="dxa"/>
            <w:vAlign w:val="center"/>
          </w:tcPr>
          <w:p w14:paraId="260542A3" w14:textId="78356E43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Početak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savjetovanja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: 1</w:t>
            </w:r>
            <w:r w:rsidR="00A964B7">
              <w:rPr>
                <w:rFonts w:ascii="Source Serif 4" w:eastAsia="Arial" w:hAnsi="Source Serif 4" w:cs="Arial"/>
                <w:b/>
              </w:rPr>
              <w:t>1</w:t>
            </w:r>
            <w:r w:rsidRPr="00E42590">
              <w:rPr>
                <w:rFonts w:ascii="Source Serif 4" w:eastAsia="Arial" w:hAnsi="Source Serif 4" w:cs="Arial"/>
                <w:b/>
              </w:rPr>
              <w:t xml:space="preserve">.8.2026.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godine</w:t>
            </w:r>
            <w:proofErr w:type="spellEnd"/>
          </w:p>
        </w:tc>
        <w:tc>
          <w:tcPr>
            <w:tcW w:w="4819" w:type="dxa"/>
            <w:vAlign w:val="center"/>
          </w:tcPr>
          <w:p w14:paraId="32DA1E37" w14:textId="63B3E3F1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Završetak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savjetovanja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: </w:t>
            </w:r>
            <w:r w:rsidR="00A964B7">
              <w:rPr>
                <w:rFonts w:ascii="Source Serif 4" w:eastAsia="Arial" w:hAnsi="Source Serif 4" w:cs="Arial"/>
                <w:b/>
              </w:rPr>
              <w:t>10</w:t>
            </w:r>
            <w:r w:rsidRPr="00E42590">
              <w:rPr>
                <w:rFonts w:ascii="Source Serif 4" w:eastAsia="Arial" w:hAnsi="Source Serif 4" w:cs="Arial"/>
                <w:b/>
              </w:rPr>
              <w:t xml:space="preserve">.9.2026.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godine</w:t>
            </w:r>
            <w:proofErr w:type="spellEnd"/>
          </w:p>
        </w:tc>
      </w:tr>
      <w:tr w:rsidR="00402783" w:rsidRPr="00E42590" w14:paraId="6348DA8B" w14:textId="77777777">
        <w:trPr>
          <w:trHeight w:val="680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66C49FB5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Podnositelj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prijedloga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i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mišljenja</w:t>
            </w:r>
            <w:proofErr w:type="spellEnd"/>
          </w:p>
          <w:p w14:paraId="202FC297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t>(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ime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i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prezime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/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naziv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sudionika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)</w:t>
            </w:r>
          </w:p>
        </w:tc>
      </w:tr>
      <w:tr w:rsidR="00402783" w:rsidRPr="00E42590" w14:paraId="5B93BACA" w14:textId="77777777">
        <w:trPr>
          <w:trHeight w:val="907"/>
        </w:trPr>
        <w:tc>
          <w:tcPr>
            <w:tcW w:w="9638" w:type="dxa"/>
            <w:gridSpan w:val="2"/>
            <w:vAlign w:val="center"/>
          </w:tcPr>
          <w:p w14:paraId="7CF4EF78" w14:textId="77777777" w:rsidR="00402783" w:rsidRPr="00E42590" w:rsidRDefault="00402783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2B2BFF73" w14:textId="77777777">
        <w:trPr>
          <w:trHeight w:val="680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4D71BC50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Interes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odnosno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kategorija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i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brojnost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korisnika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koje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predstavlja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podnositelj</w:t>
            </w:r>
            <w:proofErr w:type="spellEnd"/>
          </w:p>
          <w:p w14:paraId="1F52163E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t>(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građani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udruge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poduzetnici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javne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ustanove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turistički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subjekti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itd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.)</w:t>
            </w:r>
          </w:p>
        </w:tc>
      </w:tr>
      <w:tr w:rsidR="00402783" w:rsidRPr="00E42590" w14:paraId="09106FD9" w14:textId="77777777">
        <w:trPr>
          <w:trHeight w:val="907"/>
        </w:trPr>
        <w:tc>
          <w:tcPr>
            <w:tcW w:w="9638" w:type="dxa"/>
            <w:gridSpan w:val="2"/>
            <w:vAlign w:val="center"/>
          </w:tcPr>
          <w:p w14:paraId="51F397B9" w14:textId="77777777" w:rsidR="00402783" w:rsidRPr="00E42590" w:rsidRDefault="00402783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6C8446B3" w14:textId="77777777">
        <w:trPr>
          <w:trHeight w:val="680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569F90ED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Podaci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za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kontakt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podnositelja</w:t>
            </w:r>
            <w:proofErr w:type="spellEnd"/>
          </w:p>
          <w:p w14:paraId="4287BDAC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t>(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adresa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telefon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, e-mail)</w:t>
            </w:r>
          </w:p>
        </w:tc>
      </w:tr>
      <w:tr w:rsidR="00402783" w:rsidRPr="00E42590" w14:paraId="7420EBF1" w14:textId="77777777">
        <w:trPr>
          <w:trHeight w:val="907"/>
        </w:trPr>
        <w:tc>
          <w:tcPr>
            <w:tcW w:w="9638" w:type="dxa"/>
            <w:gridSpan w:val="2"/>
            <w:vAlign w:val="center"/>
          </w:tcPr>
          <w:p w14:paraId="70A98FA6" w14:textId="77777777" w:rsidR="00402783" w:rsidRDefault="00402783">
            <w:pPr>
              <w:spacing w:after="40"/>
              <w:rPr>
                <w:rFonts w:ascii="Source Serif 4" w:hAnsi="Source Serif 4"/>
              </w:rPr>
            </w:pPr>
          </w:p>
          <w:p w14:paraId="6B3BD1E2" w14:textId="77777777" w:rsidR="00E42590" w:rsidRDefault="00E42590">
            <w:pPr>
              <w:spacing w:after="40"/>
              <w:rPr>
                <w:rFonts w:ascii="Source Serif 4" w:hAnsi="Source Serif 4"/>
              </w:rPr>
            </w:pPr>
          </w:p>
          <w:p w14:paraId="37C4FEC6" w14:textId="77777777" w:rsidR="00E42590" w:rsidRDefault="00E42590">
            <w:pPr>
              <w:spacing w:after="40"/>
              <w:rPr>
                <w:rFonts w:ascii="Source Serif 4" w:hAnsi="Source Serif 4"/>
              </w:rPr>
            </w:pPr>
          </w:p>
          <w:p w14:paraId="04471959" w14:textId="77777777" w:rsidR="00E42590" w:rsidRDefault="00E42590">
            <w:pPr>
              <w:spacing w:after="40"/>
              <w:rPr>
                <w:rFonts w:ascii="Source Serif 4" w:hAnsi="Source Serif 4"/>
              </w:rPr>
            </w:pPr>
          </w:p>
          <w:p w14:paraId="29992B5A" w14:textId="77777777" w:rsidR="00E42590" w:rsidRPr="00E42590" w:rsidRDefault="00E42590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13FD8897" w14:textId="77777777">
        <w:trPr>
          <w:trHeight w:val="567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2E086AFF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lastRenderedPageBreak/>
              <w:t>Načelni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prijedlozi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primjedbe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i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mišljenja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predloženi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nacrt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obrazloženjem</w:t>
            </w:r>
            <w:proofErr w:type="spellEnd"/>
          </w:p>
        </w:tc>
      </w:tr>
      <w:tr w:rsidR="00402783" w:rsidRPr="00E42590" w14:paraId="0BC80719" w14:textId="77777777">
        <w:trPr>
          <w:trHeight w:val="1984"/>
        </w:trPr>
        <w:tc>
          <w:tcPr>
            <w:tcW w:w="9638" w:type="dxa"/>
            <w:gridSpan w:val="2"/>
            <w:vAlign w:val="center"/>
          </w:tcPr>
          <w:p w14:paraId="006DB511" w14:textId="77777777" w:rsidR="00402783" w:rsidRPr="00E42590" w:rsidRDefault="00402783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4C98E473" w14:textId="77777777">
        <w:trPr>
          <w:trHeight w:val="567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13C50D39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Primjedbe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pojedina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poglavlja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/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mjere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nacrta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obrazloženjem</w:t>
            </w:r>
            <w:proofErr w:type="spellEnd"/>
          </w:p>
          <w:p w14:paraId="0998F919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t>(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ako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je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primjedaba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više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prilažu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obrascu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u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zasebnom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dokumentu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)</w:t>
            </w:r>
          </w:p>
        </w:tc>
      </w:tr>
      <w:tr w:rsidR="00402783" w:rsidRPr="00E42590" w14:paraId="0B1DC4BB" w14:textId="77777777">
        <w:trPr>
          <w:trHeight w:val="1474"/>
        </w:trPr>
        <w:tc>
          <w:tcPr>
            <w:tcW w:w="9638" w:type="dxa"/>
            <w:gridSpan w:val="2"/>
            <w:vAlign w:val="center"/>
          </w:tcPr>
          <w:p w14:paraId="2080DFFE" w14:textId="77777777" w:rsidR="00402783" w:rsidRPr="00E42590" w:rsidRDefault="00402783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483BA7E0" w14:textId="77777777">
        <w:trPr>
          <w:trHeight w:val="567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1010E8EB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Primjedbe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pojedina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poglavlja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/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mjere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nacrta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obrazloženjem</w:t>
            </w:r>
            <w:proofErr w:type="spellEnd"/>
          </w:p>
          <w:p w14:paraId="73C42E93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t>(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ako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je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primjedaba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više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prilažu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obrascu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u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zasebnom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dokumentu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)</w:t>
            </w:r>
          </w:p>
        </w:tc>
      </w:tr>
      <w:tr w:rsidR="00402783" w:rsidRPr="00E42590" w14:paraId="399BC627" w14:textId="77777777">
        <w:trPr>
          <w:trHeight w:val="1474"/>
        </w:trPr>
        <w:tc>
          <w:tcPr>
            <w:tcW w:w="9638" w:type="dxa"/>
            <w:gridSpan w:val="2"/>
            <w:vAlign w:val="center"/>
          </w:tcPr>
          <w:p w14:paraId="33A41A90" w14:textId="77777777" w:rsidR="00402783" w:rsidRPr="00E42590" w:rsidRDefault="00402783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590B5E00" w14:textId="77777777">
        <w:trPr>
          <w:trHeight w:val="567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280D96B8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Primjedbe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pojedina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poglavlja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/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mjere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nacrta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obrazloženjem</w:t>
            </w:r>
            <w:proofErr w:type="spellEnd"/>
          </w:p>
          <w:p w14:paraId="2C5BCE70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t>(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ako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je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primjedaba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više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prilažu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obrascu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u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zasebnom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dokumentu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)</w:t>
            </w:r>
          </w:p>
        </w:tc>
      </w:tr>
      <w:tr w:rsidR="00402783" w:rsidRPr="00E42590" w14:paraId="4A2C6C93" w14:textId="77777777">
        <w:trPr>
          <w:trHeight w:val="1474"/>
        </w:trPr>
        <w:tc>
          <w:tcPr>
            <w:tcW w:w="9638" w:type="dxa"/>
            <w:gridSpan w:val="2"/>
            <w:vAlign w:val="center"/>
          </w:tcPr>
          <w:p w14:paraId="24221280" w14:textId="77777777" w:rsidR="00402783" w:rsidRPr="00E42590" w:rsidRDefault="00402783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4ED7291B" w14:textId="77777777">
        <w:trPr>
          <w:trHeight w:val="567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254E2676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Primjedbe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pojedina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poglavlja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/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mjere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nacrta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akta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obrazloženjem</w:t>
            </w:r>
            <w:proofErr w:type="spellEnd"/>
          </w:p>
          <w:p w14:paraId="4226354A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t>(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ako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je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primjedaba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više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,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prilažu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se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obrascu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u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zasebnom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dokumentu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>)</w:t>
            </w:r>
          </w:p>
        </w:tc>
      </w:tr>
      <w:tr w:rsidR="00402783" w:rsidRPr="00E42590" w14:paraId="48E59AB4" w14:textId="77777777">
        <w:trPr>
          <w:trHeight w:val="1474"/>
        </w:trPr>
        <w:tc>
          <w:tcPr>
            <w:tcW w:w="9638" w:type="dxa"/>
            <w:gridSpan w:val="2"/>
            <w:vAlign w:val="center"/>
          </w:tcPr>
          <w:p w14:paraId="2F50C6C1" w14:textId="77777777" w:rsidR="00402783" w:rsidRPr="00E42590" w:rsidRDefault="00402783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0464964D" w14:textId="77777777">
        <w:trPr>
          <w:trHeight w:val="680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2B6CB4E6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t xml:space="preserve">Ime i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prezime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osobe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(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ili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osoba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)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koja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je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sastavljala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primjedbe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ili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osobe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ovlaštene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za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predstavljanje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zainteresirane</w:t>
            </w:r>
            <w:proofErr w:type="spellEnd"/>
            <w:r w:rsidRPr="00E42590">
              <w:rPr>
                <w:rFonts w:ascii="Source Serif 4" w:eastAsia="Arial" w:hAnsi="Source Serif 4" w:cs="Arial"/>
                <w:b/>
              </w:rPr>
              <w:t xml:space="preserve">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javnosti</w:t>
            </w:r>
            <w:proofErr w:type="spellEnd"/>
          </w:p>
        </w:tc>
      </w:tr>
      <w:tr w:rsidR="00402783" w:rsidRPr="00E42590" w14:paraId="2E07E18D" w14:textId="77777777">
        <w:trPr>
          <w:trHeight w:val="907"/>
        </w:trPr>
        <w:tc>
          <w:tcPr>
            <w:tcW w:w="9638" w:type="dxa"/>
            <w:gridSpan w:val="2"/>
            <w:vAlign w:val="center"/>
          </w:tcPr>
          <w:p w14:paraId="4EC09995" w14:textId="77777777" w:rsidR="00402783" w:rsidRDefault="00402783">
            <w:pPr>
              <w:spacing w:after="40"/>
              <w:rPr>
                <w:rFonts w:ascii="Source Serif 4" w:hAnsi="Source Serif 4"/>
              </w:rPr>
            </w:pPr>
          </w:p>
          <w:p w14:paraId="5BE300A1" w14:textId="77777777" w:rsidR="00E42590" w:rsidRDefault="00E42590">
            <w:pPr>
              <w:spacing w:after="40"/>
              <w:rPr>
                <w:rFonts w:ascii="Source Serif 4" w:hAnsi="Source Serif 4"/>
              </w:rPr>
            </w:pPr>
          </w:p>
          <w:p w14:paraId="30F0796A" w14:textId="77777777" w:rsidR="00E42590" w:rsidRDefault="00E42590">
            <w:pPr>
              <w:spacing w:after="40"/>
              <w:rPr>
                <w:rFonts w:ascii="Source Serif 4" w:hAnsi="Source Serif 4"/>
              </w:rPr>
            </w:pPr>
          </w:p>
          <w:p w14:paraId="21E6CB09" w14:textId="77777777" w:rsidR="00E42590" w:rsidRPr="00E42590" w:rsidRDefault="00E42590">
            <w:pPr>
              <w:spacing w:after="40"/>
              <w:rPr>
                <w:rFonts w:ascii="Source Serif 4" w:hAnsi="Source Serif 4"/>
              </w:rPr>
            </w:pPr>
          </w:p>
        </w:tc>
      </w:tr>
      <w:tr w:rsidR="00402783" w:rsidRPr="00E42590" w14:paraId="53EAE705" w14:textId="77777777">
        <w:trPr>
          <w:trHeight w:val="510"/>
        </w:trPr>
        <w:tc>
          <w:tcPr>
            <w:tcW w:w="9638" w:type="dxa"/>
            <w:gridSpan w:val="2"/>
            <w:shd w:val="clear" w:color="auto" w:fill="D9D9D9"/>
            <w:vAlign w:val="center"/>
          </w:tcPr>
          <w:p w14:paraId="7F64AA6C" w14:textId="77777777" w:rsidR="00402783" w:rsidRPr="00E42590" w:rsidRDefault="00BA2B64">
            <w:pPr>
              <w:spacing w:after="40"/>
              <w:rPr>
                <w:rFonts w:ascii="Source Serif 4" w:hAnsi="Source Serif 4"/>
              </w:rPr>
            </w:pPr>
            <w:r w:rsidRPr="00E42590">
              <w:rPr>
                <w:rFonts w:ascii="Source Serif 4" w:eastAsia="Arial" w:hAnsi="Source Serif 4" w:cs="Arial"/>
                <w:b/>
              </w:rPr>
              <w:lastRenderedPageBreak/>
              <w:t xml:space="preserve">Datum </w:t>
            </w:r>
            <w:proofErr w:type="spellStart"/>
            <w:r w:rsidRPr="00E42590">
              <w:rPr>
                <w:rFonts w:ascii="Source Serif 4" w:eastAsia="Arial" w:hAnsi="Source Serif 4" w:cs="Arial"/>
                <w:b/>
              </w:rPr>
              <w:t>dostavljanja</w:t>
            </w:r>
            <w:proofErr w:type="spellEnd"/>
          </w:p>
        </w:tc>
      </w:tr>
      <w:tr w:rsidR="00402783" w:rsidRPr="00E42590" w14:paraId="1FE04F03" w14:textId="77777777">
        <w:trPr>
          <w:trHeight w:val="680"/>
        </w:trPr>
        <w:tc>
          <w:tcPr>
            <w:tcW w:w="9638" w:type="dxa"/>
            <w:gridSpan w:val="2"/>
            <w:vAlign w:val="center"/>
          </w:tcPr>
          <w:p w14:paraId="75AD9955" w14:textId="77777777" w:rsidR="00402783" w:rsidRPr="00E42590" w:rsidRDefault="00402783">
            <w:pPr>
              <w:spacing w:after="40"/>
              <w:rPr>
                <w:rFonts w:ascii="Source Serif 4" w:hAnsi="Source Serif 4"/>
              </w:rPr>
            </w:pPr>
          </w:p>
        </w:tc>
      </w:tr>
    </w:tbl>
    <w:p w14:paraId="7B43E6C0" w14:textId="77777777" w:rsidR="00402783" w:rsidRPr="00E42590" w:rsidRDefault="00402783">
      <w:pPr>
        <w:spacing w:after="80"/>
        <w:jc w:val="both"/>
        <w:rPr>
          <w:rFonts w:ascii="Source Serif 4" w:hAnsi="Source Serif 4"/>
        </w:rPr>
      </w:pPr>
    </w:p>
    <w:p w14:paraId="76F84A95" w14:textId="77777777" w:rsidR="00402783" w:rsidRPr="00E42590" w:rsidRDefault="00BA2B64">
      <w:pPr>
        <w:jc w:val="right"/>
        <w:rPr>
          <w:rFonts w:ascii="Source Serif 4" w:hAnsi="Source Serif 4"/>
        </w:rPr>
      </w:pPr>
      <w:proofErr w:type="spellStart"/>
      <w:r w:rsidRPr="00E42590">
        <w:rPr>
          <w:rFonts w:ascii="Source Serif 4" w:eastAsia="Arial" w:hAnsi="Source Serif 4" w:cs="Arial"/>
        </w:rPr>
        <w:t>Potpis</w:t>
      </w:r>
      <w:proofErr w:type="spellEnd"/>
      <w:r w:rsidRPr="00E42590">
        <w:rPr>
          <w:rFonts w:ascii="Source Serif 4" w:eastAsia="Arial" w:hAnsi="Source Serif 4" w:cs="Arial"/>
        </w:rPr>
        <w:t xml:space="preserve"> </w:t>
      </w:r>
      <w:proofErr w:type="spellStart"/>
      <w:r w:rsidRPr="00E42590">
        <w:rPr>
          <w:rFonts w:ascii="Source Serif 4" w:eastAsia="Arial" w:hAnsi="Source Serif 4" w:cs="Arial"/>
        </w:rPr>
        <w:t>podnositelja</w:t>
      </w:r>
      <w:proofErr w:type="spellEnd"/>
      <w:r w:rsidRPr="00E42590">
        <w:rPr>
          <w:rFonts w:ascii="Source Serif 4" w:eastAsia="Arial" w:hAnsi="Source Serif 4" w:cs="Arial"/>
        </w:rPr>
        <w:t>:  ______________________________</w:t>
      </w:r>
    </w:p>
    <w:p w14:paraId="2E5239A1" w14:textId="77777777" w:rsidR="00402783" w:rsidRPr="00E42590" w:rsidRDefault="00402783">
      <w:pPr>
        <w:spacing w:after="40"/>
        <w:jc w:val="both"/>
        <w:rPr>
          <w:rFonts w:ascii="Source Serif 4" w:hAnsi="Source Serif 4"/>
        </w:rPr>
      </w:pPr>
    </w:p>
    <w:p w14:paraId="2379A6F0" w14:textId="77777777" w:rsidR="00402783" w:rsidRPr="00E42590" w:rsidRDefault="00BA2B64">
      <w:pPr>
        <w:spacing w:after="0"/>
        <w:jc w:val="both"/>
        <w:rPr>
          <w:rFonts w:ascii="Source Serif 4" w:hAnsi="Source Serif 4"/>
        </w:rPr>
      </w:pPr>
      <w:proofErr w:type="spellStart"/>
      <w:r w:rsidRPr="00E42590">
        <w:rPr>
          <w:rFonts w:ascii="Source Serif 4" w:eastAsia="Arial" w:hAnsi="Source Serif 4" w:cs="Arial"/>
          <w:i/>
          <w:sz w:val="18"/>
        </w:rPr>
        <w:t>Napomena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o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zaštiti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osobnih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podataka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: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Turistička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zajednica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grada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Koprivnice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obrađuje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osobne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podatke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iz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ovog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obrasca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u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svrhu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provedbe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javnog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savjetovanja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,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sukladno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Općoj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uredbi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o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zaštiti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podataka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(GDPR) i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važećim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propisima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Republike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Hrvatske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.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Podaci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se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čuvaju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do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završetka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postupka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savjetovanja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i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objave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 xml:space="preserve"> </w:t>
      </w:r>
      <w:proofErr w:type="spellStart"/>
      <w:r w:rsidRPr="00E42590">
        <w:rPr>
          <w:rFonts w:ascii="Source Serif 4" w:eastAsia="Arial" w:hAnsi="Source Serif 4" w:cs="Arial"/>
          <w:i/>
          <w:sz w:val="18"/>
        </w:rPr>
        <w:t>izvješća</w:t>
      </w:r>
      <w:proofErr w:type="spellEnd"/>
      <w:r w:rsidRPr="00E42590">
        <w:rPr>
          <w:rFonts w:ascii="Source Serif 4" w:eastAsia="Arial" w:hAnsi="Source Serif 4" w:cs="Arial"/>
          <w:i/>
          <w:sz w:val="18"/>
        </w:rPr>
        <w:t>.</w:t>
      </w:r>
    </w:p>
    <w:sectPr w:rsidR="00402783" w:rsidRPr="00E42590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ource Serif 4">
    <w:panose1 w:val="02040603050405020204"/>
    <w:charset w:val="00"/>
    <w:family w:val="roman"/>
    <w:pitch w:val="variable"/>
    <w:sig w:usb0="20000287" w:usb1="02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4313997">
    <w:abstractNumId w:val="8"/>
  </w:num>
  <w:num w:numId="2" w16cid:durableId="950169481">
    <w:abstractNumId w:val="6"/>
  </w:num>
  <w:num w:numId="3" w16cid:durableId="1952668830">
    <w:abstractNumId w:val="5"/>
  </w:num>
  <w:num w:numId="4" w16cid:durableId="930822751">
    <w:abstractNumId w:val="4"/>
  </w:num>
  <w:num w:numId="5" w16cid:durableId="703794439">
    <w:abstractNumId w:val="7"/>
  </w:num>
  <w:num w:numId="6" w16cid:durableId="689843355">
    <w:abstractNumId w:val="3"/>
  </w:num>
  <w:num w:numId="7" w16cid:durableId="71894037">
    <w:abstractNumId w:val="2"/>
  </w:num>
  <w:num w:numId="8" w16cid:durableId="1381705946">
    <w:abstractNumId w:val="1"/>
  </w:num>
  <w:num w:numId="9" w16cid:durableId="118266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6EFF"/>
    <w:rsid w:val="0029639D"/>
    <w:rsid w:val="00326F90"/>
    <w:rsid w:val="00402783"/>
    <w:rsid w:val="006E5246"/>
    <w:rsid w:val="0070404E"/>
    <w:rsid w:val="00855A6C"/>
    <w:rsid w:val="00A964B7"/>
    <w:rsid w:val="00AA1D8D"/>
    <w:rsid w:val="00B47730"/>
    <w:rsid w:val="00BA2B64"/>
    <w:rsid w:val="00C65AD3"/>
    <w:rsid w:val="00CB0664"/>
    <w:rsid w:val="00DC70FD"/>
    <w:rsid w:val="00E42590"/>
    <w:rsid w:val="00F84B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5904F3"/>
  <w14:defaultImageDpi w14:val="300"/>
  <w15:docId w15:val="{CE768A56-3BCF-4D7A-AD37-CDA84BFF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1C6EFF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1C6E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privnicatouris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isitkoprivnic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TZGKC</cp:lastModifiedBy>
  <cp:revision>2</cp:revision>
  <dcterms:created xsi:type="dcterms:W3CDTF">2026-08-11T06:40:00Z</dcterms:created>
  <dcterms:modified xsi:type="dcterms:W3CDTF">2026-08-11T06:40:00Z</dcterms:modified>
  <cp:category/>
</cp:coreProperties>
</file>